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left"/>
      </w:pPr>
      <w:r>
        <w:rPr>
          <w:rFonts w:ascii="Noto Sans KR Thin" w:hAnsi="Noto Sans KR Thin" w:eastAsia="Noto Sans KR Thin"/>
          <w:b/>
          <w:color w:val="0E7C77"/>
          <w:sz w:val="34"/>
        </w:rPr>
        <w:t>수용언어·표현언어 일주일 관찰기록지</w:t>
      </w:r>
    </w:p>
    <w:p>
      <w:pPr>
        <w:spacing w:after="140" w:line="252" w:lineRule="auto"/>
      </w:pPr>
      <w:r>
        <w:rPr>
          <w:rFonts w:ascii="Noto Sans KR Thin" w:hAnsi="Noto Sans KR Thin" w:eastAsia="Noto Sans KR Thin"/>
          <w:b w:val="0"/>
          <w:color w:val="4F6664"/>
          <w:sz w:val="18"/>
        </w:rPr>
        <w:t xml:space="preserve">판단하지 말고, 어른이 한 말과 아이의 첫 반응을 그대로 적어 주세요.  </w:t>
      </w:r>
      <w:r>
        <w:rPr>
          <w:rFonts w:ascii="Noto Sans KR Thin" w:hAnsi="Noto Sans KR Thin" w:eastAsia="Noto Sans KR Thin"/>
          <w:b/>
          <w:color w:val="233333"/>
          <w:sz w:val="18"/>
        </w:rPr>
        <w:t>아이 이름  ____________    기록 기간  ______년 ___월 ___일 ~ ___월 ___일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92"/>
        <w:gridCol w:w="2892"/>
        <w:gridCol w:w="2892"/>
        <w:gridCol w:w="2892"/>
        <w:gridCol w:w="2892"/>
      </w:tblGrid>
      <w:tr>
        <w:trPr>
          <w:trHeight w:val="547"/>
        </w:trPr>
        <w:tc>
          <w:tcPr>
            <w:tcW w:type="dxa" w:w="2088"/>
            <w:shd w:fill="0E7C77"/>
            <w:tcBorders>
              <w:top w:val="single" w:sz="6" w:color="0E7C77"/>
              <w:left w:val="single" w:sz="6" w:color="0E7C77"/>
              <w:bottom w:val="single" w:sz="6" w:color="0E7C77"/>
              <w:right w:val="single" w:sz="6" w:color="0E7C77"/>
              <w:insideH w:val="single" w:sz="6" w:color="0E7C77"/>
              <w:insideV w:val="single" w:sz="6" w:color="0E7C77"/>
            </w:tcBorders>
            <w:tcMar>
              <w:top w:w="95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Noto Sans KR Thin" w:hAnsi="Noto Sans KR Thin" w:eastAsia="Noto Sans KR Thin"/>
                <w:b/>
                <w:color w:val="FFFFFF"/>
                <w:sz w:val="18"/>
              </w:rPr>
              <w:t>날짜·상황</w:t>
            </w:r>
          </w:p>
        </w:tc>
        <w:tc>
          <w:tcPr>
            <w:tcW w:type="dxa" w:w="3139"/>
            <w:shd w:fill="0E7C77"/>
            <w:tcBorders>
              <w:top w:val="single" w:sz="6" w:color="0E7C77"/>
              <w:left w:val="single" w:sz="6" w:color="0E7C77"/>
              <w:bottom w:val="single" w:sz="6" w:color="0E7C77"/>
              <w:right w:val="single" w:sz="6" w:color="0E7C77"/>
              <w:insideH w:val="single" w:sz="6" w:color="0E7C77"/>
              <w:insideV w:val="single" w:sz="6" w:color="0E7C77"/>
            </w:tcBorders>
            <w:tcMar>
              <w:top w:w="95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Noto Sans KR Thin" w:hAnsi="Noto Sans KR Thin" w:eastAsia="Noto Sans KR Thin"/>
                <w:b/>
                <w:color w:val="FFFFFF"/>
                <w:sz w:val="18"/>
              </w:rPr>
              <w:t>어른이 한 말</w:t>
            </w:r>
          </w:p>
        </w:tc>
        <w:tc>
          <w:tcPr>
            <w:tcW w:type="dxa" w:w="3240"/>
            <w:shd w:fill="0E7C77"/>
            <w:tcBorders>
              <w:top w:val="single" w:sz="6" w:color="0E7C77"/>
              <w:left w:val="single" w:sz="6" w:color="0E7C77"/>
              <w:bottom w:val="single" w:sz="6" w:color="0E7C77"/>
              <w:right w:val="single" w:sz="6" w:color="0E7C77"/>
              <w:insideH w:val="single" w:sz="6" w:color="0E7C77"/>
              <w:insideV w:val="single" w:sz="6" w:color="0E7C77"/>
            </w:tcBorders>
            <w:tcMar>
              <w:top w:w="95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Noto Sans KR Thin" w:hAnsi="Noto Sans KR Thin" w:eastAsia="Noto Sans KR Thin"/>
                <w:b/>
                <w:color w:val="FFFFFF"/>
                <w:sz w:val="18"/>
              </w:rPr>
              <w:t>아이가 이해한 행동</w:t>
            </w:r>
          </w:p>
        </w:tc>
        <w:tc>
          <w:tcPr>
            <w:tcW w:type="dxa" w:w="3283"/>
            <w:shd w:fill="0E7C77"/>
            <w:tcBorders>
              <w:top w:val="single" w:sz="6" w:color="0E7C77"/>
              <w:left w:val="single" w:sz="6" w:color="0E7C77"/>
              <w:bottom w:val="single" w:sz="6" w:color="0E7C77"/>
              <w:right w:val="single" w:sz="6" w:color="0E7C77"/>
              <w:insideH w:val="single" w:sz="6" w:color="0E7C77"/>
              <w:insideV w:val="single" w:sz="6" w:color="0E7C77"/>
            </w:tcBorders>
            <w:tcMar>
              <w:top w:w="95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Noto Sans KR Thin" w:hAnsi="Noto Sans KR Thin" w:eastAsia="Noto Sans KR Thin"/>
                <w:b/>
                <w:color w:val="FFFFFF"/>
                <w:sz w:val="18"/>
              </w:rPr>
              <w:t>아이가 표현한 방식</w:t>
            </w:r>
          </w:p>
        </w:tc>
        <w:tc>
          <w:tcPr>
            <w:tcW w:type="dxa" w:w="2520"/>
            <w:shd w:fill="0E7C77"/>
            <w:tcBorders>
              <w:top w:val="single" w:sz="6" w:color="0E7C77"/>
              <w:left w:val="single" w:sz="6" w:color="0E7C77"/>
              <w:bottom w:val="single" w:sz="6" w:color="0E7C77"/>
              <w:right w:val="single" w:sz="6" w:color="0E7C77"/>
              <w:insideH w:val="single" w:sz="6" w:color="0E7C77"/>
              <w:insideV w:val="single" w:sz="6" w:color="0E7C77"/>
            </w:tcBorders>
            <w:tcMar>
              <w:top w:w="95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Noto Sans KR Thin" w:hAnsi="Noto Sans KR Thin" w:eastAsia="Noto Sans KR Thin"/>
                <w:b/>
                <w:color w:val="FFFFFF"/>
                <w:sz w:val="18"/>
              </w:rPr>
              <w:t>추가 도움</w:t>
            </w:r>
          </w:p>
        </w:tc>
      </w:tr>
      <w:tr>
        <w:trPr>
          <w:trHeight w:val="720"/>
        </w:trPr>
        <w:tc>
          <w:tcPr>
            <w:tcW w:type="dxa" w:w="2088"/>
            <w:shd w:fill="EAF5F4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Noto Sans KR Thin" w:hAnsi="Noto Sans KR Thin" w:eastAsia="Noto Sans KR Thin"/>
                <w:b/>
                <w:color w:val="526462"/>
                <w:sz w:val="16"/>
              </w:rPr>
              <w:t>예시</w:t>
              <w:br/>
              <w:t>월요일 저녁·간식</w:t>
            </w:r>
          </w:p>
        </w:tc>
        <w:tc>
          <w:tcPr>
            <w:tcW w:type="dxa" w:w="3139"/>
            <w:shd w:fill="EAF5F4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Noto Sans KR Thin" w:hAnsi="Noto Sans KR Thin" w:eastAsia="Noto Sans KR Thin"/>
                <w:b w:val="0"/>
                <w:color w:val="526462"/>
                <w:sz w:val="16"/>
              </w:rPr>
              <w:t>“우유랑 물 중</w:t>
              <w:br/>
              <w:t>뭐 마실래?”</w:t>
            </w:r>
          </w:p>
        </w:tc>
        <w:tc>
          <w:tcPr>
            <w:tcW w:type="dxa" w:w="3240"/>
            <w:shd w:fill="EAF5F4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Noto Sans KR Thin" w:hAnsi="Noto Sans KR Thin" w:eastAsia="Noto Sans KR Thin"/>
                <w:b w:val="0"/>
                <w:color w:val="526462"/>
                <w:sz w:val="16"/>
              </w:rPr>
              <w:t>냉장고에서 물을 꺼냄</w:t>
            </w:r>
          </w:p>
        </w:tc>
        <w:tc>
          <w:tcPr>
            <w:tcW w:type="dxa" w:w="3283"/>
            <w:shd w:fill="EAF5F4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Noto Sans KR Thin" w:hAnsi="Noto Sans KR Thin" w:eastAsia="Noto Sans KR Thin"/>
                <w:b w:val="0"/>
                <w:color w:val="526462"/>
                <w:sz w:val="16"/>
              </w:rPr>
              <w:t>물을 가리키며</w:t>
              <w:br/>
              <w:t>“물”이라고 말함</w:t>
            </w:r>
          </w:p>
        </w:tc>
        <w:tc>
          <w:tcPr>
            <w:tcW w:type="dxa" w:w="2520"/>
            <w:shd w:fill="EAF5F4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Noto Sans KR Thin" w:hAnsi="Noto Sans KR Thin" w:eastAsia="Noto Sans KR Thin"/>
                <w:b w:val="0"/>
                <w:color w:val="526462"/>
                <w:sz w:val="16"/>
              </w:rPr>
              <w:t>손짓 없이</w:t>
              <w:br/>
              <w:t>말로만 질문</w:t>
            </w:r>
          </w:p>
        </w:tc>
      </w:tr>
      <w:tr>
        <w:trPr>
          <w:trHeight w:val="749"/>
        </w:trPr>
        <w:tc>
          <w:tcPr>
            <w:tcW w:type="dxa" w:w="2088"/>
            <w:shd w:fill="FFFFFF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Noto Sans KR Thin" w:hAnsi="Noto Sans KR Thin" w:eastAsia="Noto Sans KR Thin"/>
                <w:b/>
                <w:color w:val="233333"/>
                <w:sz w:val="18"/>
              </w:rPr>
              <w:t>월요일</w:t>
            </w:r>
          </w:p>
        </w:tc>
        <w:tc>
          <w:tcPr>
            <w:tcW w:type="dxa" w:w="3139"/>
            <w:shd w:fill="FFFFFF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Noto Sans KR Thin" w:hAnsi="Noto Sans KR Thin" w:eastAsia="Noto Sans KR Thin"/>
                <w:b w:val="0"/>
                <w:color w:val="233333"/>
                <w:sz w:val="18"/>
              </w:rPr>
            </w:r>
          </w:p>
        </w:tc>
        <w:tc>
          <w:tcPr>
            <w:tcW w:type="dxa" w:w="3240"/>
            <w:shd w:fill="FFFFFF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Noto Sans KR Thin" w:hAnsi="Noto Sans KR Thin" w:eastAsia="Noto Sans KR Thin"/>
                <w:b w:val="0"/>
                <w:color w:val="233333"/>
                <w:sz w:val="18"/>
              </w:rPr>
            </w:r>
          </w:p>
        </w:tc>
        <w:tc>
          <w:tcPr>
            <w:tcW w:type="dxa" w:w="3283"/>
            <w:shd w:fill="FFFFFF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Noto Sans KR Thin" w:hAnsi="Noto Sans KR Thin" w:eastAsia="Noto Sans KR Thin"/>
                <w:b w:val="0"/>
                <w:color w:val="233333"/>
                <w:sz w:val="18"/>
              </w:rPr>
            </w:r>
          </w:p>
        </w:tc>
        <w:tc>
          <w:tcPr>
            <w:tcW w:type="dxa" w:w="2520"/>
            <w:shd w:fill="FFFFFF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Noto Sans KR Thin" w:hAnsi="Noto Sans KR Thin" w:eastAsia="Noto Sans KR Thin"/>
                <w:b w:val="0"/>
                <w:color w:val="233333"/>
                <w:sz w:val="18"/>
              </w:rPr>
            </w:r>
          </w:p>
        </w:tc>
      </w:tr>
      <w:tr>
        <w:trPr>
          <w:trHeight w:val="749"/>
        </w:trPr>
        <w:tc>
          <w:tcPr>
            <w:tcW w:type="dxa" w:w="2088"/>
            <w:shd w:fill="FFFFFF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Noto Sans KR Thin" w:hAnsi="Noto Sans KR Thin" w:eastAsia="Noto Sans KR Thin"/>
                <w:b/>
                <w:color w:val="233333"/>
                <w:sz w:val="18"/>
              </w:rPr>
              <w:t>화요일</w:t>
            </w:r>
          </w:p>
        </w:tc>
        <w:tc>
          <w:tcPr>
            <w:tcW w:type="dxa" w:w="3139"/>
            <w:shd w:fill="FFFFFF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Noto Sans KR Thin" w:hAnsi="Noto Sans KR Thin" w:eastAsia="Noto Sans KR Thin"/>
                <w:b w:val="0"/>
                <w:color w:val="233333"/>
                <w:sz w:val="18"/>
              </w:rPr>
            </w:r>
          </w:p>
        </w:tc>
        <w:tc>
          <w:tcPr>
            <w:tcW w:type="dxa" w:w="3240"/>
            <w:shd w:fill="FFFFFF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Noto Sans KR Thin" w:hAnsi="Noto Sans KR Thin" w:eastAsia="Noto Sans KR Thin"/>
                <w:b w:val="0"/>
                <w:color w:val="233333"/>
                <w:sz w:val="18"/>
              </w:rPr>
            </w:r>
          </w:p>
        </w:tc>
        <w:tc>
          <w:tcPr>
            <w:tcW w:type="dxa" w:w="3283"/>
            <w:shd w:fill="FFFFFF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Noto Sans KR Thin" w:hAnsi="Noto Sans KR Thin" w:eastAsia="Noto Sans KR Thin"/>
                <w:b w:val="0"/>
                <w:color w:val="233333"/>
                <w:sz w:val="18"/>
              </w:rPr>
            </w:r>
          </w:p>
        </w:tc>
        <w:tc>
          <w:tcPr>
            <w:tcW w:type="dxa" w:w="2520"/>
            <w:shd w:fill="FFFFFF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Noto Sans KR Thin" w:hAnsi="Noto Sans KR Thin" w:eastAsia="Noto Sans KR Thin"/>
                <w:b w:val="0"/>
                <w:color w:val="233333"/>
                <w:sz w:val="18"/>
              </w:rPr>
            </w:r>
          </w:p>
        </w:tc>
      </w:tr>
      <w:tr>
        <w:trPr>
          <w:trHeight w:val="749"/>
        </w:trPr>
        <w:tc>
          <w:tcPr>
            <w:tcW w:type="dxa" w:w="2088"/>
            <w:shd w:fill="FFFFFF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Noto Sans KR Thin" w:hAnsi="Noto Sans KR Thin" w:eastAsia="Noto Sans KR Thin"/>
                <w:b/>
                <w:color w:val="233333"/>
                <w:sz w:val="18"/>
              </w:rPr>
              <w:t>수요일</w:t>
            </w:r>
          </w:p>
        </w:tc>
        <w:tc>
          <w:tcPr>
            <w:tcW w:type="dxa" w:w="3139"/>
            <w:shd w:fill="FFFFFF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Noto Sans KR Thin" w:hAnsi="Noto Sans KR Thin" w:eastAsia="Noto Sans KR Thin"/>
                <w:b w:val="0"/>
                <w:color w:val="233333"/>
                <w:sz w:val="18"/>
              </w:rPr>
            </w:r>
          </w:p>
        </w:tc>
        <w:tc>
          <w:tcPr>
            <w:tcW w:type="dxa" w:w="3240"/>
            <w:shd w:fill="FFFFFF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Noto Sans KR Thin" w:hAnsi="Noto Sans KR Thin" w:eastAsia="Noto Sans KR Thin"/>
                <w:b w:val="0"/>
                <w:color w:val="233333"/>
                <w:sz w:val="18"/>
              </w:rPr>
            </w:r>
          </w:p>
        </w:tc>
        <w:tc>
          <w:tcPr>
            <w:tcW w:type="dxa" w:w="3283"/>
            <w:shd w:fill="FFFFFF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Noto Sans KR Thin" w:hAnsi="Noto Sans KR Thin" w:eastAsia="Noto Sans KR Thin"/>
                <w:b w:val="0"/>
                <w:color w:val="233333"/>
                <w:sz w:val="18"/>
              </w:rPr>
            </w:r>
          </w:p>
        </w:tc>
        <w:tc>
          <w:tcPr>
            <w:tcW w:type="dxa" w:w="2520"/>
            <w:shd w:fill="FFFFFF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Noto Sans KR Thin" w:hAnsi="Noto Sans KR Thin" w:eastAsia="Noto Sans KR Thin"/>
                <w:b w:val="0"/>
                <w:color w:val="233333"/>
                <w:sz w:val="18"/>
              </w:rPr>
            </w:r>
          </w:p>
        </w:tc>
      </w:tr>
      <w:tr>
        <w:trPr>
          <w:trHeight w:val="749"/>
        </w:trPr>
        <w:tc>
          <w:tcPr>
            <w:tcW w:type="dxa" w:w="2088"/>
            <w:shd w:fill="FFFFFF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Noto Sans KR Thin" w:hAnsi="Noto Sans KR Thin" w:eastAsia="Noto Sans KR Thin"/>
                <w:b/>
                <w:color w:val="233333"/>
                <w:sz w:val="18"/>
              </w:rPr>
              <w:t>목요일</w:t>
            </w:r>
          </w:p>
        </w:tc>
        <w:tc>
          <w:tcPr>
            <w:tcW w:type="dxa" w:w="3139"/>
            <w:shd w:fill="FFFFFF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Noto Sans KR Thin" w:hAnsi="Noto Sans KR Thin" w:eastAsia="Noto Sans KR Thin"/>
                <w:b w:val="0"/>
                <w:color w:val="233333"/>
                <w:sz w:val="18"/>
              </w:rPr>
            </w:r>
          </w:p>
        </w:tc>
        <w:tc>
          <w:tcPr>
            <w:tcW w:type="dxa" w:w="3240"/>
            <w:shd w:fill="FFFFFF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Noto Sans KR Thin" w:hAnsi="Noto Sans KR Thin" w:eastAsia="Noto Sans KR Thin"/>
                <w:b w:val="0"/>
                <w:color w:val="233333"/>
                <w:sz w:val="18"/>
              </w:rPr>
            </w:r>
          </w:p>
        </w:tc>
        <w:tc>
          <w:tcPr>
            <w:tcW w:type="dxa" w:w="3283"/>
            <w:shd w:fill="FFFFFF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Noto Sans KR Thin" w:hAnsi="Noto Sans KR Thin" w:eastAsia="Noto Sans KR Thin"/>
                <w:b w:val="0"/>
                <w:color w:val="233333"/>
                <w:sz w:val="18"/>
              </w:rPr>
            </w:r>
          </w:p>
        </w:tc>
        <w:tc>
          <w:tcPr>
            <w:tcW w:type="dxa" w:w="2520"/>
            <w:shd w:fill="FFFFFF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Noto Sans KR Thin" w:hAnsi="Noto Sans KR Thin" w:eastAsia="Noto Sans KR Thin"/>
                <w:b w:val="0"/>
                <w:color w:val="233333"/>
                <w:sz w:val="18"/>
              </w:rPr>
            </w:r>
          </w:p>
        </w:tc>
      </w:tr>
      <w:tr>
        <w:trPr>
          <w:trHeight w:val="749"/>
        </w:trPr>
        <w:tc>
          <w:tcPr>
            <w:tcW w:type="dxa" w:w="2088"/>
            <w:shd w:fill="FFFFFF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Noto Sans KR Thin" w:hAnsi="Noto Sans KR Thin" w:eastAsia="Noto Sans KR Thin"/>
                <w:b/>
                <w:color w:val="233333"/>
                <w:sz w:val="18"/>
              </w:rPr>
              <w:t>금요일</w:t>
            </w:r>
          </w:p>
        </w:tc>
        <w:tc>
          <w:tcPr>
            <w:tcW w:type="dxa" w:w="3139"/>
            <w:shd w:fill="FFFFFF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Noto Sans KR Thin" w:hAnsi="Noto Sans KR Thin" w:eastAsia="Noto Sans KR Thin"/>
                <w:b w:val="0"/>
                <w:color w:val="233333"/>
                <w:sz w:val="18"/>
              </w:rPr>
            </w:r>
          </w:p>
        </w:tc>
        <w:tc>
          <w:tcPr>
            <w:tcW w:type="dxa" w:w="3240"/>
            <w:shd w:fill="FFFFFF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Noto Sans KR Thin" w:hAnsi="Noto Sans KR Thin" w:eastAsia="Noto Sans KR Thin"/>
                <w:b w:val="0"/>
                <w:color w:val="233333"/>
                <w:sz w:val="18"/>
              </w:rPr>
            </w:r>
          </w:p>
        </w:tc>
        <w:tc>
          <w:tcPr>
            <w:tcW w:type="dxa" w:w="3283"/>
            <w:shd w:fill="FFFFFF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Noto Sans KR Thin" w:hAnsi="Noto Sans KR Thin" w:eastAsia="Noto Sans KR Thin"/>
                <w:b w:val="0"/>
                <w:color w:val="233333"/>
                <w:sz w:val="18"/>
              </w:rPr>
            </w:r>
          </w:p>
        </w:tc>
        <w:tc>
          <w:tcPr>
            <w:tcW w:type="dxa" w:w="2520"/>
            <w:shd w:fill="FFFFFF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Noto Sans KR Thin" w:hAnsi="Noto Sans KR Thin" w:eastAsia="Noto Sans KR Thin"/>
                <w:b w:val="0"/>
                <w:color w:val="233333"/>
                <w:sz w:val="18"/>
              </w:rPr>
            </w:r>
          </w:p>
        </w:tc>
      </w:tr>
      <w:tr>
        <w:trPr>
          <w:trHeight w:val="749"/>
        </w:trPr>
        <w:tc>
          <w:tcPr>
            <w:tcW w:type="dxa" w:w="2088"/>
            <w:shd w:fill="FFFFFF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Noto Sans KR Thin" w:hAnsi="Noto Sans KR Thin" w:eastAsia="Noto Sans KR Thin"/>
                <w:b/>
                <w:color w:val="233333"/>
                <w:sz w:val="18"/>
              </w:rPr>
              <w:t>토요일</w:t>
            </w:r>
          </w:p>
        </w:tc>
        <w:tc>
          <w:tcPr>
            <w:tcW w:type="dxa" w:w="3139"/>
            <w:shd w:fill="FFFFFF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Noto Sans KR Thin" w:hAnsi="Noto Sans KR Thin" w:eastAsia="Noto Sans KR Thin"/>
                <w:b w:val="0"/>
                <w:color w:val="233333"/>
                <w:sz w:val="18"/>
              </w:rPr>
            </w:r>
          </w:p>
        </w:tc>
        <w:tc>
          <w:tcPr>
            <w:tcW w:type="dxa" w:w="3240"/>
            <w:shd w:fill="FFFFFF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Noto Sans KR Thin" w:hAnsi="Noto Sans KR Thin" w:eastAsia="Noto Sans KR Thin"/>
                <w:b w:val="0"/>
                <w:color w:val="233333"/>
                <w:sz w:val="18"/>
              </w:rPr>
            </w:r>
          </w:p>
        </w:tc>
        <w:tc>
          <w:tcPr>
            <w:tcW w:type="dxa" w:w="3283"/>
            <w:shd w:fill="FFFFFF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Noto Sans KR Thin" w:hAnsi="Noto Sans KR Thin" w:eastAsia="Noto Sans KR Thin"/>
                <w:b w:val="0"/>
                <w:color w:val="233333"/>
                <w:sz w:val="18"/>
              </w:rPr>
            </w:r>
          </w:p>
        </w:tc>
        <w:tc>
          <w:tcPr>
            <w:tcW w:type="dxa" w:w="2520"/>
            <w:shd w:fill="FFFFFF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Noto Sans KR Thin" w:hAnsi="Noto Sans KR Thin" w:eastAsia="Noto Sans KR Thin"/>
                <w:b w:val="0"/>
                <w:color w:val="233333"/>
                <w:sz w:val="18"/>
              </w:rPr>
            </w:r>
          </w:p>
        </w:tc>
      </w:tr>
      <w:tr>
        <w:trPr>
          <w:trHeight w:val="749"/>
        </w:trPr>
        <w:tc>
          <w:tcPr>
            <w:tcW w:type="dxa" w:w="2088"/>
            <w:shd w:fill="FFFFFF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Noto Sans KR Thin" w:hAnsi="Noto Sans KR Thin" w:eastAsia="Noto Sans KR Thin"/>
                <w:b/>
                <w:color w:val="233333"/>
                <w:sz w:val="18"/>
              </w:rPr>
              <w:t>일요일</w:t>
            </w:r>
          </w:p>
        </w:tc>
        <w:tc>
          <w:tcPr>
            <w:tcW w:type="dxa" w:w="3139"/>
            <w:shd w:fill="FFFFFF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Noto Sans KR Thin" w:hAnsi="Noto Sans KR Thin" w:eastAsia="Noto Sans KR Thin"/>
                <w:b w:val="0"/>
                <w:color w:val="233333"/>
                <w:sz w:val="18"/>
              </w:rPr>
            </w:r>
          </w:p>
        </w:tc>
        <w:tc>
          <w:tcPr>
            <w:tcW w:type="dxa" w:w="3240"/>
            <w:shd w:fill="FFFFFF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Noto Sans KR Thin" w:hAnsi="Noto Sans KR Thin" w:eastAsia="Noto Sans KR Thin"/>
                <w:b w:val="0"/>
                <w:color w:val="233333"/>
                <w:sz w:val="18"/>
              </w:rPr>
            </w:r>
          </w:p>
        </w:tc>
        <w:tc>
          <w:tcPr>
            <w:tcW w:type="dxa" w:w="3283"/>
            <w:shd w:fill="FFFFFF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Noto Sans KR Thin" w:hAnsi="Noto Sans KR Thin" w:eastAsia="Noto Sans KR Thin"/>
                <w:b w:val="0"/>
                <w:color w:val="233333"/>
                <w:sz w:val="18"/>
              </w:rPr>
            </w:r>
          </w:p>
        </w:tc>
        <w:tc>
          <w:tcPr>
            <w:tcW w:type="dxa" w:w="2520"/>
            <w:shd w:fill="FFFFFF"/>
            <w:tcBorders>
              <w:top w:val="single" w:sz="6" w:color="B7CCCA"/>
              <w:left w:val="single" w:sz="6" w:color="B7CCCA"/>
              <w:bottom w:val="single" w:sz="6" w:color="B7CCCA"/>
              <w:right w:val="single" w:sz="6" w:color="B7CCCA"/>
              <w:insideH w:val="single" w:sz="6" w:color="B7CCCA"/>
              <w:insideV w:val="single" w:sz="6" w:color="B7CCCA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Noto Sans KR Thin" w:hAnsi="Noto Sans KR Thin" w:eastAsia="Noto Sans KR Thin"/>
                <w:b w:val="0"/>
                <w:color w:val="233333"/>
                <w:sz w:val="18"/>
              </w:rPr>
            </w:r>
          </w:p>
        </w:tc>
      </w:tr>
    </w:tbl>
    <w:p>
      <w:pPr>
        <w:spacing w:before="120" w:after="40"/>
      </w:pPr>
      <w:r>
        <w:rPr>
          <w:rFonts w:ascii="Noto Sans KR Thin" w:hAnsi="Noto Sans KR Thin" w:eastAsia="Noto Sans KR Thin"/>
          <w:b/>
          <w:color w:val="0E7C77"/>
          <w:sz w:val="19"/>
        </w:rPr>
        <w:t>함께 표시하면 좋은 점</w:t>
      </w:r>
    </w:p>
    <w:p>
      <w:pPr>
        <w:spacing w:before="0" w:after="0" w:line="252" w:lineRule="auto"/>
      </w:pPr>
      <w:r>
        <w:rPr>
          <w:rFonts w:ascii="Noto Sans KR Thin" w:hAnsi="Noto Sans KR Thin" w:eastAsia="Noto Sans KR Thin"/>
          <w:b w:val="0"/>
          <w:color w:val="4F6664"/>
          <w:sz w:val="17"/>
        </w:rPr>
        <w:t>□ 첫 반응   □ 반복·손짓 전 반응   □ 익숙한 지시와 처음 듣는 지시의 차이   □ 집과 낯선 곳의 차이   □ 최근 이해·표현 방식의 변화</w:t>
      </w:r>
    </w:p>
    <w:sectPr w:rsidR="00FC693F" w:rsidRPr="0006063C" w:rsidSect="00034616">
      <w:pgSz w:w="15840" w:h="12240" w:orient="landscape"/>
      <w:pgMar w:top="691" w:right="691" w:bottom="648" w:left="691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KR Thin" w:hAnsi="Noto Sans KR Thin" w:eastAsia="Noto Sans KR Thin"/>
      <w:color w:val="233333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수용언어·표현언어 일주일 관찰기록지</dc:title>
  <dc:subject>아이의 이해 행동과 표현 방식을 기록하는 일주일 관찰표</dc:subject>
  <dc:creator>아산소리이비인후과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